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0B8BF" w14:textId="2BED7D96" w:rsidR="003940C2" w:rsidRDefault="00C52388">
      <w:pPr>
        <w:pStyle w:val="Heading1"/>
      </w:pPr>
      <w:r>
        <w:t>Cover Letter</w:t>
      </w:r>
    </w:p>
    <w:p w14:paraId="50F7BC5B" w14:textId="4B01D93B" w:rsidR="00C52388" w:rsidRDefault="00C52388" w:rsidP="00C52388"/>
    <w:p w14:paraId="20F79509" w14:textId="565284AC" w:rsidR="00C52388" w:rsidRPr="00C52388" w:rsidRDefault="00C52388" w:rsidP="00C52388">
      <w:r>
        <w:t>[</w:t>
      </w:r>
      <w:r w:rsidR="00D0172F">
        <w:t>10</w:t>
      </w:r>
      <w:r w:rsidR="00DE5A1F">
        <w:rPr>
          <w:vertAlign w:val="superscript"/>
        </w:rPr>
        <w:t>t</w:t>
      </w:r>
      <w:r w:rsidR="00D0172F">
        <w:rPr>
          <w:vertAlign w:val="superscript"/>
        </w:rPr>
        <w:t>h</w:t>
      </w:r>
      <w:r>
        <w:t xml:space="preserve"> Ju</w:t>
      </w:r>
      <w:r w:rsidR="005C14DA">
        <w:t>ly</w:t>
      </w:r>
      <w:r>
        <w:t xml:space="preserve"> 2025]</w:t>
      </w:r>
    </w:p>
    <w:p w14:paraId="047C4CCF" w14:textId="77777777" w:rsidR="003940C2" w:rsidRDefault="00C52388">
      <w:r>
        <w:t>Dear Hiring Manager,</w:t>
      </w:r>
      <w:r>
        <w:br/>
      </w:r>
      <w:r>
        <w:br/>
        <w:t>I am writing to express my interest in a position that aligns with my experience and enthusiasm for Data Analysis, Testing, and Development. As an Associate Software Engineer at Mphasis with two years of experience, I have developed and contributed to several projects focused on data-driven solutions, business analysis, and software testing.</w:t>
      </w:r>
      <w:r>
        <w:br/>
      </w:r>
      <w:r>
        <w:br/>
        <w:t>I recently contributed to developing a predictive model that significantly improved marketing targeting, enhancing data quality through extensive cleaning, validation, and feature engineering. My efforts have resulted in a 20% cost reduction and a 25% improvement in workflow efficiency. I have experience working with tools such as SQL Server, Postman, Visual Studio, Azure, and Specflow, and I have executed API testing, unit testing, and RESTful API development.</w:t>
      </w:r>
      <w:r>
        <w:br/>
      </w:r>
      <w:r>
        <w:br/>
        <w:t>I am passionate about continuous learning, especially in automation testing and Microsoft Azure. With certifications in DataOps from CloudThat and DataKitchen, I am well-prepared to contribute to your organization's objectives.</w:t>
      </w:r>
      <w:r>
        <w:br/>
      </w:r>
      <w:r>
        <w:br/>
        <w:t>Thank you for considering my application. I look forward to discussing how my skills and experience can benefit your team.</w:t>
      </w:r>
      <w:r>
        <w:br/>
      </w:r>
      <w:r>
        <w:br/>
        <w:t>Sincerely,</w:t>
      </w:r>
      <w:r>
        <w:br/>
        <w:t>Arkadeep Roy</w:t>
      </w:r>
      <w:r>
        <w:br/>
        <w:t>+91-7044747676</w:t>
      </w:r>
      <w:r>
        <w:br/>
        <w:t>royarkadeep1112@gmail.com</w:t>
      </w:r>
    </w:p>
    <w:sectPr w:rsidR="003940C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5631"/>
    <w:rsid w:val="0029639D"/>
    <w:rsid w:val="00326F90"/>
    <w:rsid w:val="003940C2"/>
    <w:rsid w:val="003B7B49"/>
    <w:rsid w:val="005C14DA"/>
    <w:rsid w:val="008E5C99"/>
    <w:rsid w:val="00983389"/>
    <w:rsid w:val="009C04EF"/>
    <w:rsid w:val="00AA1D8D"/>
    <w:rsid w:val="00AB6794"/>
    <w:rsid w:val="00B47730"/>
    <w:rsid w:val="00B740E1"/>
    <w:rsid w:val="00C52388"/>
    <w:rsid w:val="00CB0664"/>
    <w:rsid w:val="00D0172F"/>
    <w:rsid w:val="00DE5A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73BDDC"/>
  <w14:defaultImageDpi w14:val="300"/>
  <w15:docId w15:val="{08AA650C-A63F-451B-8D2F-12B15DD6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Arkadeep Roy</cp:lastModifiedBy>
  <cp:revision>12</cp:revision>
  <dcterms:created xsi:type="dcterms:W3CDTF">2013-12-23T23:15:00Z</dcterms:created>
  <dcterms:modified xsi:type="dcterms:W3CDTF">2025-07-10T05:34:00Z</dcterms:modified>
  <cp:category/>
</cp:coreProperties>
</file>